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בוחן קצר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בדיקת הבנה בנושא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https://historia-et-hachadasha.sites.tab.bot/bochanim.html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מבוסס על הבוחן הקצר "חידון תרגול – האמנציפציה" באתר. אפשר להשתמש כבוחן נייר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'הצו המביש' של נפוליאון – 1808 (ל-10 שנים)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שוויון זכויות אזרחיות ופוליטיות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שוויון ליהודים כיחידים, בלי מעמד של אומה נפרדת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כינס את אספת הנכבדים היהודית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ברוסיה לא ניתנה אמנציפציה עד 1917.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שוויון זכויות אזרחיות ופוליטיות ליהודים – אמנציפציה = שחרור ומתן שוויון זכויות.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✅ בוחן קצר –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אמנציפציה  |  אוטונומיה קהילתית  |  כתב הסובלנות  |  'העסקה' של האמנציפציה  |  אספת הנכבדים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'אמנציפציה' בהקשר היהודי?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שוויון זכויות אזרחיות ופוליטיות ליהודים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עלייה לארץ ישראל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הקמת בתי ספר יהודיים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באיזו מדינה קיבלו היהודים לראשונה שוויון מלא באירופה?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צרפת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רוסיה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אנגליה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ביטאו דברי קלרמון-טונר (1789)?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שוויון ליהודים כיחידים, בלי מעמד של אומה נפרדת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שלילת האזרחות מהיהודים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גירוש היהודים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עשה נפוליאון ב-1806?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כינס את אספת הנכבדים היהודית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העניק שוויון ליהודי רוסיה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ייסד את 'המאסף'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ברוסיה הצארית קיבלו היהודים שוויון זכויות במאה ה-19.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בתמורה לשוויון נדרשו היהודים לוותר על האוטונומיה הקהילתית.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ב-1858 הותר ליהודים לכהן בפרלמנט הבריטי.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פירוש 'אמנציפציה' בהקשר היהודי? – למה? כתבו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2 משפטים: מה הדבר הכי חשוב בנושא "האמנציפציה – שוויון זכויות ליהודים"?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תשובות לדעתי עניתי נכון? ____ מתוך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שהתלבטתי בה: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אעשה כדי לחזור על החומר?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בוחן קצר – האמנציפציה – שוויון זכויות ליהודים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