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"האמנציפציה – שוויון זכויות ליהודים".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האמנציפציה"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שוויון זכויות אזרחיות ופוליטיות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שוויון ליהודים כיחידים, בלי מעמד של אומה נפרדת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כינס את אספת הנכבדים היהודית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ברוסיה לא ניתנה אמנציפציה עד 1917.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אזרחיות ופוליטיות ליהודים – אמנציפציה = שחרור ומתן שוויון זכויות.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מתן שוויון זכויות אזרחיות ופוליטיות לקבוצה שהייתה מופלית, כאן (emancipation (equal rights))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אוטונומיה קהילתית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 של יוסף השני (1782) שהקל על היהודים באוסטריה ודרש מהם השתלבות… (tolerance)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'העסקה' של האמנציפציה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כיחידים בתמורה לוויתור על ייחוד לאומי וקהילתי. (emancipation (equal rights))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של נציגים יהודים שכינס נפוליאון ב-1806 כדי לבחון את נאמנותם…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'אמנציפציה' בהקשר היהודי?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הקמת בתי ספר יהודיים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שוויון זכויות אזרחיות ופוליטיות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עלייה לארץ ישראל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באיזו מדינה קיבלו היהודים לראשונה שוויון מלא באירופה?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צרפת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אנגליה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רוסיה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ביטאו דברי קלרמון-טונר (1789)?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שלילת האזרחות מהיהודים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שוויון ליהודים כיחידים, בלי מעמד של אומה נפרדת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גירוש היהודים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עשה נפוליאון ב-1806?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העניק שוויון ליהודי רוסיה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ייסד את 'המאסף'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כינס את אספת הנכבדים היהודית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ברוסיה הצארית קיבלו היהודים שוויון זכויות במאה ה-19.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בתמורה לשוויון נדרשו היהודים לוותר על האוטונומיה הקהילתית.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ב-1858 הותר ליהודים לכהן בפרלמנט הבריטי.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'אמנציפציה' בהקשר היהודי?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משפטים: מה הדבר הכי חשוב בנושא "האמנציפציה – שוויון זכויות ליהודים"?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האמנציפציה – שוויון זכויות ליהודים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